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67" w:rsidRPr="001C4118" w:rsidRDefault="00384A2A">
      <w:pPr>
        <w:jc w:val="center"/>
        <w:rPr>
          <w:rFonts w:ascii="Arial" w:hAnsi="Arial" w:cs="Arial"/>
        </w:rPr>
      </w:pPr>
      <w:r w:rsidRPr="001C4118">
        <w:rPr>
          <w:rFonts w:ascii="Arial" w:hAnsi="Arial" w:cs="Arial"/>
          <w:b/>
        </w:rPr>
        <w:t>PATIENT INFORMATION &amp; MEDICAL RECORD REQUESTS</w:t>
      </w:r>
    </w:p>
    <w:p w:rsidR="00A93A67" w:rsidRPr="001C4118" w:rsidRDefault="00384A2A">
      <w:pPr>
        <w:jc w:val="center"/>
        <w:rPr>
          <w:rFonts w:ascii="Arial" w:hAnsi="Arial" w:cs="Arial"/>
        </w:rPr>
      </w:pPr>
      <w:proofErr w:type="gramStart"/>
      <w:r w:rsidRPr="001C4118">
        <w:rPr>
          <w:rFonts w:ascii="Arial" w:hAnsi="Arial" w:cs="Arial"/>
          <w:i/>
        </w:rPr>
        <w:t>Your</w:t>
      </w:r>
      <w:proofErr w:type="gramEnd"/>
      <w:r w:rsidRPr="001C4118">
        <w:rPr>
          <w:rFonts w:ascii="Arial" w:hAnsi="Arial" w:cs="Arial"/>
          <w:i/>
        </w:rPr>
        <w:t xml:space="preserve"> Rights Under Texas Law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</w:rPr>
        <w:t>In accordance with Texas Health &amp; Safety Code §181.105, our office provides the following information regarding medical records requests and consumer complaints.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  <w:b/>
        </w:rPr>
        <w:t>HOW TO REQUEST YOUR MEDICAL RECORDS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</w:rPr>
        <w:t>Patients may request copies of their medical records by contacting our office: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  <w:b/>
        </w:rPr>
        <w:t>Dynamic Spine and Performance</w:t>
      </w:r>
      <w:r w:rsidRPr="001C4118">
        <w:rPr>
          <w:rFonts w:ascii="Arial" w:hAnsi="Arial" w:cs="Arial"/>
          <w:b/>
        </w:rPr>
        <w:br/>
      </w:r>
      <w:r w:rsidRPr="001C4118">
        <w:rPr>
          <w:rFonts w:ascii="Arial" w:hAnsi="Arial" w:cs="Arial"/>
        </w:rPr>
        <w:t>Phone: ____________________</w:t>
      </w:r>
      <w:r w:rsidRPr="001C4118">
        <w:rPr>
          <w:rFonts w:ascii="Arial" w:hAnsi="Arial" w:cs="Arial"/>
        </w:rPr>
        <w:br/>
        <w:t>Email: ____________________</w:t>
      </w:r>
      <w:r w:rsidRPr="001C4118">
        <w:rPr>
          <w:rFonts w:ascii="Arial" w:hAnsi="Arial" w:cs="Arial"/>
        </w:rPr>
        <w:br/>
        <w:t>Fax: ____________________</w:t>
      </w:r>
      <w:r w:rsidRPr="001C4118">
        <w:rPr>
          <w:rFonts w:ascii="Arial" w:hAnsi="Arial" w:cs="Arial"/>
        </w:rPr>
        <w:br/>
        <w:t>Address: _______________________________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</w:rPr>
        <w:t>Please include: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Patient full name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Date of birth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Contact information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Description of requested records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Signed authorization if required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</w:rPr>
        <w:t>A valid photo ID may be required before records are released.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  <w:b/>
        </w:rPr>
        <w:t>LICENSING &amp; REGULATORY AUTHORITY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</w:rPr>
        <w:t>This office is regulated by the: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  <w:b/>
        </w:rPr>
        <w:t>Texas Board of Chiropractic Examiners (TBCE</w:t>
      </w:r>
      <w:proofErr w:type="gramStart"/>
      <w:r w:rsidRPr="001C4118">
        <w:rPr>
          <w:rFonts w:ascii="Arial" w:hAnsi="Arial" w:cs="Arial"/>
          <w:b/>
        </w:rPr>
        <w:t>)</w:t>
      </w:r>
      <w:proofErr w:type="gramEnd"/>
      <w:r w:rsidRPr="001C4118">
        <w:rPr>
          <w:rFonts w:ascii="Arial" w:hAnsi="Arial" w:cs="Arial"/>
          <w:b/>
        </w:rPr>
        <w:br/>
      </w:r>
      <w:r w:rsidRPr="001C4118">
        <w:rPr>
          <w:rFonts w:ascii="Arial" w:hAnsi="Arial" w:cs="Arial"/>
        </w:rPr>
        <w:t>Website: https://www.tbce.texas.gov</w:t>
      </w:r>
      <w:r w:rsidRPr="001C4118">
        <w:rPr>
          <w:rFonts w:ascii="Arial" w:hAnsi="Arial" w:cs="Arial"/>
        </w:rPr>
        <w:br/>
        <w:t>Phone: (512) 305-6700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</w:rPr>
        <w:t>Patients may contact the TBCE regarding: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Licensing verification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Questions regarding chiropractic practice</w:t>
      </w:r>
    </w:p>
    <w:p w:rsidR="00A93A67" w:rsidRPr="001C4118" w:rsidRDefault="00384A2A">
      <w:pPr>
        <w:pStyle w:val="ListBullet"/>
        <w:rPr>
          <w:rFonts w:ascii="Arial" w:hAnsi="Arial" w:cs="Arial"/>
        </w:rPr>
      </w:pPr>
      <w:r w:rsidRPr="001C4118">
        <w:rPr>
          <w:rFonts w:ascii="Arial" w:hAnsi="Arial" w:cs="Arial"/>
        </w:rPr>
        <w:t>Filing professional complaints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  <w:b/>
        </w:rPr>
        <w:t>HOW TO FILE A CONSUMER COMPLAINT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  <w:b/>
        </w:rPr>
        <w:t>Texas Board of Chiropractic Examiners</w:t>
      </w:r>
      <w:r w:rsidRPr="001C4118">
        <w:rPr>
          <w:rFonts w:ascii="Arial" w:hAnsi="Arial" w:cs="Arial"/>
          <w:b/>
        </w:rPr>
        <w:br/>
      </w:r>
      <w:r w:rsidRPr="001C4118">
        <w:rPr>
          <w:rFonts w:ascii="Arial" w:hAnsi="Arial" w:cs="Arial"/>
        </w:rPr>
        <w:t>https://www.tbce.texas.gov/complaint.html</w:t>
      </w:r>
      <w:r w:rsidRPr="001C4118">
        <w:rPr>
          <w:rFonts w:ascii="Arial" w:hAnsi="Arial" w:cs="Arial"/>
        </w:rPr>
        <w:br/>
      </w:r>
      <w:r w:rsidRPr="001C4118">
        <w:rPr>
          <w:rFonts w:ascii="Arial" w:hAnsi="Arial" w:cs="Arial"/>
        </w:rPr>
        <w:br/>
      </w:r>
      <w:r w:rsidRPr="001C4118">
        <w:rPr>
          <w:rFonts w:ascii="Arial" w:hAnsi="Arial" w:cs="Arial"/>
          <w:b/>
        </w:rPr>
        <w:t>OR</w:t>
      </w:r>
      <w:r w:rsidRPr="001C4118">
        <w:rPr>
          <w:rFonts w:ascii="Arial" w:hAnsi="Arial" w:cs="Arial"/>
          <w:b/>
        </w:rPr>
        <w:br/>
      </w:r>
      <w:r w:rsidRPr="001C4118">
        <w:rPr>
          <w:rFonts w:ascii="Arial" w:hAnsi="Arial" w:cs="Arial"/>
          <w:b/>
        </w:rPr>
        <w:br/>
        <w:t>Texas Attorney General Consumer Protection Division</w:t>
      </w:r>
      <w:r w:rsidRPr="001C4118">
        <w:rPr>
          <w:rFonts w:ascii="Arial" w:hAnsi="Arial" w:cs="Arial"/>
          <w:b/>
        </w:rPr>
        <w:br/>
      </w:r>
      <w:r w:rsidRPr="001C4118">
        <w:rPr>
          <w:rFonts w:ascii="Arial" w:hAnsi="Arial" w:cs="Arial"/>
        </w:rPr>
        <w:t>https://www.texasattorneygeneral.gov/consumer-protection/file-consumer-complaint</w:t>
      </w:r>
    </w:p>
    <w:p w:rsidR="00A93A67" w:rsidRPr="001C4118" w:rsidRDefault="00384A2A">
      <w:pPr>
        <w:rPr>
          <w:rFonts w:ascii="Arial" w:hAnsi="Arial" w:cs="Arial"/>
        </w:rPr>
      </w:pPr>
      <w:r w:rsidRPr="001C4118">
        <w:rPr>
          <w:rFonts w:ascii="Arial" w:hAnsi="Arial" w:cs="Arial"/>
          <w:i/>
        </w:rPr>
        <w:t>If you need assistance requesting records or understanding your rights, please contact our office staff.</w:t>
      </w:r>
    </w:p>
    <w:sectPr w:rsidR="00A93A67" w:rsidRPr="001C4118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C4118"/>
    <w:rsid w:val="0029639D"/>
    <w:rsid w:val="00326F90"/>
    <w:rsid w:val="00384A2A"/>
    <w:rsid w:val="00576213"/>
    <w:rsid w:val="00775367"/>
    <w:rsid w:val="00A93A67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229C86-C8A2-45C5-9A54-59930076B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Stephen Ford</cp:lastModifiedBy>
  <cp:revision>4</cp:revision>
  <cp:lastPrinted>2026-05-15T15:17:00Z</cp:lastPrinted>
  <dcterms:created xsi:type="dcterms:W3CDTF">2013-12-23T23:15:00Z</dcterms:created>
  <dcterms:modified xsi:type="dcterms:W3CDTF">2026-05-15T15:19:00Z</dcterms:modified>
  <cp:category/>
</cp:coreProperties>
</file>